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MODÈLE DE CONTRAT DE TRAVAIL À DURÉE INDÉTERMINÉE (CDI)</w:t>
      </w:r>
    </w:p>
    <w:p>
      <w:r>
        <w:t>Entre les soussignés :</w:t>
      </w:r>
    </w:p>
    <w:p>
      <w:r>
        <w:t>Employeur : [Nom / Prénom ou Raison sociale]</w:t>
        <w:br/>
        <w:t>Adresse : [Adresse]</w:t>
        <w:br/>
      </w:r>
    </w:p>
    <w:p>
      <w:r>
        <w:t>Salarié : [Nom / Prénom]</w:t>
        <w:br/>
        <w:t>Adresse : [Adresse]</w:t>
        <w:br/>
      </w:r>
    </w:p>
    <w:p>
      <w:r>
        <w:t>1. Objet du contrat</w:t>
        <w:br/>
        <w:t>Le présent contrat est conclu pour une durée indéterminée.</w:t>
      </w:r>
    </w:p>
    <w:p>
      <w:r>
        <w:t>2. Fonction et missions</w:t>
        <w:br/>
        <w:t>Le salarié exercera les fonctions de : [Intitulé du poste].</w:t>
      </w:r>
    </w:p>
    <w:p>
      <w:r>
        <w:t>3. Date d’embauche</w:t>
        <w:br/>
        <w:t>Date de début : [Date]</w:t>
      </w:r>
    </w:p>
    <w:p>
      <w:r>
        <w:t>4. Période d’essai</w:t>
        <w:br/>
        <w:t>Durée : [Durée]</w:t>
        <w:br/>
        <w:t>Renouvellement : [Oui/Non]</w:t>
      </w:r>
    </w:p>
    <w:p>
      <w:r>
        <w:t>5. Lieu de travail</w:t>
        <w:br/>
        <w:t>[Adresse ou domicile de l’employeur particulier]</w:t>
      </w:r>
    </w:p>
    <w:p>
      <w:r>
        <w:t>6. Temps de travail</w:t>
        <w:br/>
        <w:t>Durée hebdomadaire : [Nombre d’heures]</w:t>
        <w:br/>
        <w:t>Horaires : [Préciser]</w:t>
      </w:r>
    </w:p>
    <w:p>
      <w:r>
        <w:t>7. Rémunération</w:t>
        <w:br/>
        <w:t>Salaire brut horaire : [Montant]</w:t>
        <w:br/>
        <w:t>Modalités de paiement : [Mensuel / CESU / autre]</w:t>
      </w:r>
    </w:p>
    <w:p>
      <w:r>
        <w:t>8. Convention collective applicable</w:t>
        <w:br/>
        <w:t>Convention collective nationale des particuliers employeurs et de l’emploi à domicile.</w:t>
      </w:r>
    </w:p>
    <w:p>
      <w:r>
        <w:t>9. Congés payés</w:t>
        <w:br/>
        <w:t>Conformément aux dispositions légales en vigueur.</w:t>
      </w:r>
    </w:p>
    <w:p>
      <w:r>
        <w:t>10. Rupture du contrat</w:t>
        <w:br/>
        <w:t>Le contrat pourra être rompu dans les conditions prévues par le Code du travail.</w:t>
      </w:r>
    </w:p>
    <w:p>
      <w:r>
        <w:t>Fait à [Ville], le [Date]</w:t>
        <w:br/>
        <w:br/>
        <w:t>Signature de l’employeur</w:t>
        <w:br/>
        <w:br/>
        <w:t>Signature du salarié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