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Proposition d échange pour résoudre un désaccord</w:t>
      </w:r>
    </w:p>
    <w:p>
      <w:r>
        <w:t>HelpAG · Modèle à compléter · Version du 6 octobre 2026</w:t>
      </w:r>
    </w:p>
    <w:p>
      <w:r>
        <w:t>Pour les deux parties. Complétez les champs et conservez une copie. Ce courrier ne vaut ni transaction ni rupture du contrat.</w:t>
      </w:r>
    </w:p>
    <w:p>
      <w:r>
        <w:t>[Nom et adresse de l’expéditeur]</w:t>
      </w:r>
    </w:p>
    <w:p>
      <w:r>
        <w:t>[Nom et adresse du destinataire]</w:t>
      </w:r>
    </w:p>
    <w:p>
      <w:r>
        <w:t>[Ville], le [date]</w:t>
      </w:r>
    </w:p>
    <w:p>
      <w:r>
        <w:t>Objet : Proposition d’échange sur notre relation de travail</w:t>
      </w:r>
    </w:p>
    <w:p>
      <w:r>
        <w:t>Madame, Monsieur,</w:t>
      </w:r>
    </w:p>
    <w:p>
      <w:r>
        <w:t>Nous rencontrons un désaccord concernant [sujet précis]. Les faits que je souhaite examiner sont les suivants : [dates, éléments vérifiables et conséquences].</w:t>
      </w:r>
    </w:p>
    <w:p>
      <w:r>
        <w:t>Je vous propose un échange le [date et heure] ou à un autre moment convenu ensemble. Pour faciliter cet échange, je vous communiquerai [pièces] et vous remercie de me transmettre [documents utiles].</w:t>
      </w:r>
    </w:p>
    <w:p>
      <w:r>
        <w:t>La solution que je propose est la suivante : [mesure concrète]. Merci de me faire connaître votre position avant le [date proposée, qui ne constitue pas un délai légal].</w:t>
      </w:r>
    </w:p>
    <w:p>
      <w:r>
        <w:t>Je souhaite que nous puissions clarifier cette situation et confirmer par écrit les points convenus.</w:t>
      </w:r>
    </w:p>
    <w:p>
      <w:r>
        <w:t>Cordialement,</w:t>
      </w:r>
    </w:p>
    <w:p>
      <w:r>
        <w:t>[Nom et signature]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https://www.service-public.gouv.fr/particuliers/vosdroits/F33833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