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Convocation à un entretien préalable à un éventuel licenciement</w:t>
      </w:r>
    </w:p>
    <w:p>
      <w:r>
        <w:t>HelpAG · Modèle à compléter · Version du 6 octobre 2026</w:t>
      </w:r>
    </w:p>
    <w:p>
      <w:r>
        <w:t>Particulier employeur et CDI uniquement. Vérifiez le calendrier de la convention avant envoi. Aucune décision de licenciement ne doit être annoncée comme déjà prise.</w:t>
      </w:r>
    </w:p>
    <w:p>
      <w:r>
        <w:t>[Identité et adresse de l’employeur]</w:t>
      </w:r>
    </w:p>
    <w:p>
      <w:r>
        <w:t>[Identité et adresse du salarié]</w:t>
      </w:r>
    </w:p>
    <w:p>
      <w:r>
        <w:t>[Ville], le [date]</w:t>
      </w:r>
    </w:p>
    <w:p>
      <w:r>
        <w:t>Envoi recommandé avec avis de réception ou remise en main propre contre décharge</w:t>
      </w:r>
    </w:p>
    <w:p>
      <w:r>
        <w:t>Objet : Entretien préalable à un éventuel licenciement</w:t>
      </w:r>
    </w:p>
    <w:p>
      <w:r>
        <w:t>Madame, Monsieur,</w:t>
      </w:r>
    </w:p>
    <w:p>
      <w:r>
        <w:t>Nous envisageons votre éventuel licenciement. Nous vous invitons à un entretien préalable le [date] à [heure], à [lieu précis].</w:t>
      </w:r>
    </w:p>
    <w:p>
      <w:r>
        <w:t>Cet entretien permettra de vous exposer les motifs de la décision envisagée et de recueillir vos explications.</w:t>
      </w:r>
    </w:p>
    <w:p>
      <w:r>
        <w:t>Cordialement,</w:t>
      </w:r>
    </w:p>
    <w:p>
      <w:r>
        <w:t>[Nom et signature de l’employeur]</w:t>
      </w:r>
    </w:p>
    <w:p>
      <w:r>
        <w:t>En cas de remise en main propre uniquement : reçu le [date], signature du salarié [signature].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https://www.service-public.gouv.fr/particuliers/vosdroits/F1745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