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Demande de documents de fin de contrat</w:t>
      </w:r>
    </w:p>
    <w:p>
      <w:r>
        <w:t>HelpAG · Modèle à compléter · Version du 6 octobre 2026</w:t>
      </w:r>
    </w:p>
    <w:p>
      <w:r>
        <w:t>Intervenant salarié. Ce courrier ne modifie pas le motif ni la date de rupture et ne vaut pas solde de tout compte.</w:t>
      </w:r>
    </w:p>
    <w:p>
      <w:r>
        <w:t>[Identités et adresses des deux parties]</w:t>
      </w:r>
    </w:p>
    <w:p>
      <w:r>
        <w:t>[Ville], le [date]</w:t>
      </w:r>
    </w:p>
    <w:p>
      <w:r>
        <w:t>Objet : Documents de fin de contrat</w:t>
      </w:r>
    </w:p>
    <w:p>
      <w:r>
        <w:t>Madame, Monsieur,</w:t>
      </w:r>
    </w:p>
    <w:p>
      <w:r>
        <w:t>Notre contrat a pris fin le [date], selon [courrier ou autre acte de rupture]. À ce jour, je ne dispose pas des documents suivants : [certificat de travail, attestation France Travail, reçu pour solde de tout compte : conserver uniquement les documents manquants].</w:t>
      </w:r>
    </w:p>
    <w:p>
      <w:r>
        <w:t>Merci de m’indiquer les modalités de leur remise et de corriger les informations suivantes si nécessaire : [écarts précis].</w:t>
      </w:r>
    </w:p>
    <w:p>
      <w:r>
        <w:t>Les sommes que j’estime encore dues sont les suivantes : [calcul, s’il y a lieu]. Je reste disponible pour comparer nos éléments.</w:t>
      </w:r>
    </w:p>
    <w:p>
      <w:r>
        <w:t>Cordialement,</w:t>
      </w:r>
    </w:p>
    <w:p>
      <w:r>
        <w:t>[Nom et 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https://www.service-public.gouv.fr/particuliers/vosdroits/F1745</w:t>
      </w:r>
    </w:p>
    <w:p>
      <w:r>
        <w:t>https://www.service-public.gouv.fr/particuliers/vosdroits/F32431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